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E576C" w14:textId="7A592543" w:rsidR="00CF41EE" w:rsidRPr="00C91A07" w:rsidRDefault="00000000" w:rsidP="00ED2711">
      <w:pPr>
        <w:spacing w:after="0" w:line="240" w:lineRule="auto"/>
        <w:jc w:val="center"/>
        <w:rPr>
          <w:lang w:val="pl-PL"/>
        </w:rPr>
      </w:pPr>
      <w:r w:rsidRPr="00C91A07">
        <w:rPr>
          <w:b/>
          <w:sz w:val="32"/>
          <w:lang w:val="pl-PL"/>
        </w:rPr>
        <w:t>FORMULARZ ZWROTU</w:t>
      </w:r>
    </w:p>
    <w:p w14:paraId="00DC8462" w14:textId="77777777" w:rsidR="00CF41EE" w:rsidRPr="001318D3" w:rsidRDefault="00000000" w:rsidP="00ED2711">
      <w:pPr>
        <w:spacing w:after="0" w:line="240" w:lineRule="auto"/>
        <w:jc w:val="center"/>
        <w:rPr>
          <w:lang w:val="pl-PL"/>
        </w:rPr>
      </w:pPr>
      <w:proofErr w:type="spellStart"/>
      <w:r w:rsidRPr="001318D3">
        <w:rPr>
          <w:lang w:val="pl-PL"/>
        </w:rPr>
        <w:t>Bergav</w:t>
      </w:r>
      <w:proofErr w:type="spellEnd"/>
      <w:r w:rsidRPr="001318D3">
        <w:rPr>
          <w:lang w:val="pl-PL"/>
        </w:rPr>
        <w:t xml:space="preserve"> Cosmetics Sp. z o.o. | www.bergavcosmetics.com</w:t>
      </w:r>
    </w:p>
    <w:p w14:paraId="69F98262" w14:textId="77777777" w:rsidR="00C91A07" w:rsidRPr="001318D3" w:rsidRDefault="00C91A07" w:rsidP="001C500F">
      <w:pPr>
        <w:spacing w:after="0" w:line="240" w:lineRule="auto"/>
        <w:rPr>
          <w:b/>
          <w:lang w:val="pl-PL"/>
        </w:rPr>
      </w:pPr>
    </w:p>
    <w:p w14:paraId="26CF5548" w14:textId="24D06683" w:rsidR="00CF41EE" w:rsidRPr="00C91A07" w:rsidRDefault="00000000" w:rsidP="00C91A07">
      <w:pPr>
        <w:spacing w:line="240" w:lineRule="auto"/>
        <w:rPr>
          <w:lang w:val="pl-PL"/>
        </w:rPr>
      </w:pPr>
      <w:r w:rsidRPr="00C91A07">
        <w:rPr>
          <w:b/>
          <w:lang w:val="pl-PL"/>
        </w:rPr>
        <w:t>DANE KLIENTA</w:t>
      </w:r>
    </w:p>
    <w:p w14:paraId="7B076F0A" w14:textId="5D7B1704" w:rsidR="00CF41EE" w:rsidRPr="00C91A07" w:rsidRDefault="00000000" w:rsidP="00C91A07">
      <w:pPr>
        <w:spacing w:line="168" w:lineRule="auto"/>
        <w:rPr>
          <w:lang w:val="pl-PL"/>
        </w:rPr>
      </w:pPr>
      <w:r w:rsidRPr="00C91A07">
        <w:rPr>
          <w:lang w:val="pl-PL"/>
        </w:rPr>
        <w:t>Imię i nazwisko:</w:t>
      </w:r>
      <w:r w:rsidR="00590A7E">
        <w:rPr>
          <w:lang w:val="pl-PL"/>
        </w:rPr>
        <w:t xml:space="preserve"> </w:t>
      </w:r>
      <w:r w:rsidR="001318D3">
        <w:rPr>
          <w:lang w:val="pl-PL"/>
        </w:rPr>
        <w:t>.........................................................................................</w:t>
      </w:r>
    </w:p>
    <w:p w14:paraId="673BCDB3" w14:textId="5A16A364" w:rsidR="00CF41EE" w:rsidRPr="00C91A07" w:rsidRDefault="00000000" w:rsidP="00C91A07">
      <w:pPr>
        <w:spacing w:line="168" w:lineRule="auto"/>
        <w:rPr>
          <w:lang w:val="pl-PL"/>
        </w:rPr>
      </w:pPr>
      <w:r w:rsidRPr="00C91A07">
        <w:rPr>
          <w:lang w:val="pl-PL"/>
        </w:rPr>
        <w:t>Adres:</w:t>
      </w:r>
      <w:r w:rsidR="001C500F">
        <w:rPr>
          <w:lang w:val="pl-PL"/>
        </w:rPr>
        <w:t xml:space="preserve"> </w:t>
      </w:r>
      <w:r w:rsidR="001318D3">
        <w:rPr>
          <w:lang w:val="pl-PL"/>
        </w:rPr>
        <w:t>.............................................................................................................</w:t>
      </w:r>
    </w:p>
    <w:p w14:paraId="7C4F4662" w14:textId="4F571242" w:rsidR="00CF41EE" w:rsidRPr="00C91A07" w:rsidRDefault="00000000" w:rsidP="00C91A07">
      <w:pPr>
        <w:spacing w:line="168" w:lineRule="auto"/>
        <w:rPr>
          <w:lang w:val="pl-PL"/>
        </w:rPr>
      </w:pPr>
      <w:r w:rsidRPr="00C91A07">
        <w:rPr>
          <w:lang w:val="pl-PL"/>
        </w:rPr>
        <w:t xml:space="preserve">Kod pocztowy i miasto: </w:t>
      </w:r>
      <w:r w:rsidR="001318D3">
        <w:rPr>
          <w:lang w:val="pl-PL"/>
        </w:rPr>
        <w:t>..........................................................................</w:t>
      </w:r>
    </w:p>
    <w:p w14:paraId="084C0F32" w14:textId="094B283C" w:rsidR="00CF41EE" w:rsidRPr="00C91A07" w:rsidRDefault="00000000" w:rsidP="00C91A07">
      <w:pPr>
        <w:spacing w:line="168" w:lineRule="auto"/>
        <w:rPr>
          <w:lang w:val="pl-PL"/>
        </w:rPr>
      </w:pPr>
      <w:r w:rsidRPr="00C91A07">
        <w:rPr>
          <w:lang w:val="pl-PL"/>
        </w:rPr>
        <w:t xml:space="preserve">E-mail: </w:t>
      </w:r>
      <w:r w:rsidR="001318D3">
        <w:rPr>
          <w:lang w:val="pl-PL"/>
        </w:rPr>
        <w:t>............................................................................................................</w:t>
      </w:r>
    </w:p>
    <w:p w14:paraId="68EFB2B9" w14:textId="5D8D1AD4" w:rsidR="00CF41EE" w:rsidRPr="00C91A07" w:rsidRDefault="00000000" w:rsidP="00C91A07">
      <w:pPr>
        <w:spacing w:line="168" w:lineRule="auto"/>
        <w:rPr>
          <w:lang w:val="pl-PL"/>
        </w:rPr>
      </w:pPr>
      <w:r w:rsidRPr="00C91A07">
        <w:rPr>
          <w:lang w:val="pl-PL"/>
        </w:rPr>
        <w:t xml:space="preserve">Telefon: </w:t>
      </w:r>
      <w:r w:rsidR="001318D3">
        <w:rPr>
          <w:lang w:val="pl-PL"/>
        </w:rPr>
        <w:t>..........................................................................................................</w:t>
      </w:r>
    </w:p>
    <w:p w14:paraId="1F373A9D" w14:textId="77777777" w:rsidR="00C91A07" w:rsidRPr="00ED2711" w:rsidRDefault="00C91A07" w:rsidP="00C91A07">
      <w:pPr>
        <w:spacing w:after="0" w:line="240" w:lineRule="auto"/>
        <w:rPr>
          <w:b/>
          <w:sz w:val="12"/>
          <w:szCs w:val="12"/>
          <w:lang w:val="pl-PL"/>
        </w:rPr>
      </w:pPr>
    </w:p>
    <w:p w14:paraId="4EA860F0" w14:textId="20F2D738" w:rsidR="00CF41EE" w:rsidRPr="00C91A07" w:rsidRDefault="00000000" w:rsidP="00C91A07">
      <w:pPr>
        <w:spacing w:line="240" w:lineRule="auto"/>
        <w:rPr>
          <w:lang w:val="pl-PL"/>
        </w:rPr>
      </w:pPr>
      <w:r w:rsidRPr="00C91A07">
        <w:rPr>
          <w:b/>
          <w:lang w:val="pl-PL"/>
        </w:rPr>
        <w:t>DANE ZAMÓWIENIA</w:t>
      </w:r>
    </w:p>
    <w:p w14:paraId="2C9BA916" w14:textId="38B0A933" w:rsidR="00CF41EE" w:rsidRPr="00C91A07" w:rsidRDefault="00000000" w:rsidP="00C91A07">
      <w:pPr>
        <w:spacing w:line="168" w:lineRule="auto"/>
        <w:rPr>
          <w:lang w:val="pl-PL"/>
        </w:rPr>
      </w:pPr>
      <w:r w:rsidRPr="00C91A07">
        <w:rPr>
          <w:lang w:val="pl-PL"/>
        </w:rPr>
        <w:t>Numer zamówienia:</w:t>
      </w:r>
      <w:r w:rsidR="001C500F">
        <w:rPr>
          <w:lang w:val="pl-PL"/>
        </w:rPr>
        <w:t xml:space="preserve"> </w:t>
      </w:r>
      <w:r w:rsidR="001318D3">
        <w:rPr>
          <w:lang w:val="pl-PL"/>
        </w:rPr>
        <w:t>................................................................................</w:t>
      </w:r>
    </w:p>
    <w:p w14:paraId="6AB278EC" w14:textId="2417A536" w:rsidR="00CF41EE" w:rsidRPr="00C91A07" w:rsidRDefault="00000000" w:rsidP="00C91A07">
      <w:pPr>
        <w:spacing w:line="168" w:lineRule="auto"/>
        <w:rPr>
          <w:lang w:val="pl-PL"/>
        </w:rPr>
      </w:pPr>
      <w:r w:rsidRPr="00C91A07">
        <w:rPr>
          <w:lang w:val="pl-PL"/>
        </w:rPr>
        <w:t xml:space="preserve">Data zakupu: </w:t>
      </w:r>
      <w:r w:rsidR="001318D3">
        <w:rPr>
          <w:lang w:val="pl-PL"/>
        </w:rPr>
        <w:t>..............................................................................................</w:t>
      </w:r>
    </w:p>
    <w:p w14:paraId="5BD5DDF5" w14:textId="68767948" w:rsidR="00CF41EE" w:rsidRPr="00C91A07" w:rsidRDefault="00000000" w:rsidP="00C91A07">
      <w:pPr>
        <w:spacing w:line="168" w:lineRule="auto"/>
        <w:rPr>
          <w:lang w:val="pl-PL"/>
        </w:rPr>
      </w:pPr>
      <w:r w:rsidRPr="00C91A07">
        <w:rPr>
          <w:lang w:val="pl-PL"/>
        </w:rPr>
        <w:t xml:space="preserve">Data otrzymania przesyłki: </w:t>
      </w:r>
      <w:r w:rsidR="001318D3">
        <w:rPr>
          <w:lang w:val="pl-PL"/>
        </w:rPr>
        <w:t>.................................................................</w:t>
      </w:r>
    </w:p>
    <w:p w14:paraId="7DC8F1D8" w14:textId="77777777" w:rsidR="00C91A07" w:rsidRPr="00ED2711" w:rsidRDefault="00C91A07" w:rsidP="00C91A07">
      <w:pPr>
        <w:spacing w:after="0" w:line="240" w:lineRule="auto"/>
        <w:rPr>
          <w:b/>
          <w:sz w:val="12"/>
          <w:szCs w:val="12"/>
          <w:lang w:val="pl-PL"/>
        </w:rPr>
      </w:pPr>
    </w:p>
    <w:p w14:paraId="36B0F33F" w14:textId="17A05AD2" w:rsidR="00CF41EE" w:rsidRPr="00C91A07" w:rsidRDefault="00000000" w:rsidP="00C91A07">
      <w:pPr>
        <w:spacing w:line="240" w:lineRule="auto"/>
        <w:rPr>
          <w:lang w:val="pl-PL"/>
        </w:rPr>
      </w:pPr>
      <w:r w:rsidRPr="00C91A07">
        <w:rPr>
          <w:b/>
          <w:lang w:val="pl-PL"/>
        </w:rPr>
        <w:t>ZWRACANY PRODUKT</w:t>
      </w:r>
    </w:p>
    <w:p w14:paraId="3D70794D" w14:textId="6504DD5A" w:rsidR="00CF41EE" w:rsidRPr="00C91A07" w:rsidRDefault="00000000" w:rsidP="00C91A07">
      <w:pPr>
        <w:spacing w:line="168" w:lineRule="auto"/>
        <w:rPr>
          <w:lang w:val="pl-PL"/>
        </w:rPr>
      </w:pPr>
      <w:r w:rsidRPr="00C91A07">
        <w:rPr>
          <w:lang w:val="pl-PL"/>
        </w:rPr>
        <w:t xml:space="preserve">Nazwa produktu: </w:t>
      </w:r>
      <w:r w:rsidR="001318D3">
        <w:rPr>
          <w:lang w:val="pl-PL"/>
        </w:rPr>
        <w:t>.....................................................................................</w:t>
      </w:r>
    </w:p>
    <w:p w14:paraId="1EEA4868" w14:textId="06ACB052" w:rsidR="00CF41EE" w:rsidRPr="00C91A07" w:rsidRDefault="00000000" w:rsidP="00C91A07">
      <w:pPr>
        <w:spacing w:line="168" w:lineRule="auto"/>
        <w:rPr>
          <w:lang w:val="pl-PL"/>
        </w:rPr>
      </w:pPr>
      <w:r w:rsidRPr="00C91A07">
        <w:rPr>
          <w:lang w:val="pl-PL"/>
        </w:rPr>
        <w:t>Ilość:</w:t>
      </w:r>
      <w:r w:rsidR="001C500F">
        <w:rPr>
          <w:lang w:val="pl-PL"/>
        </w:rPr>
        <w:t xml:space="preserve"> </w:t>
      </w:r>
      <w:r w:rsidR="001318D3">
        <w:rPr>
          <w:lang w:val="pl-PL"/>
        </w:rPr>
        <w:t>..............................................................................................................</w:t>
      </w:r>
    </w:p>
    <w:p w14:paraId="1CE8718F" w14:textId="6A25A667" w:rsidR="00CF41EE" w:rsidRPr="00C91A07" w:rsidRDefault="00000000" w:rsidP="00C91A07">
      <w:pPr>
        <w:spacing w:line="168" w:lineRule="auto"/>
        <w:rPr>
          <w:lang w:val="pl-PL"/>
        </w:rPr>
      </w:pPr>
      <w:r w:rsidRPr="00C91A07">
        <w:rPr>
          <w:lang w:val="pl-PL"/>
        </w:rPr>
        <w:t xml:space="preserve">Cena brutto: </w:t>
      </w:r>
      <w:r w:rsidR="001318D3">
        <w:rPr>
          <w:lang w:val="pl-PL"/>
        </w:rPr>
        <w:t>...............................................................................................</w:t>
      </w:r>
    </w:p>
    <w:p w14:paraId="42001131" w14:textId="77777777" w:rsidR="00C91A07" w:rsidRPr="00ED2711" w:rsidRDefault="00C91A07" w:rsidP="00C91A07">
      <w:pPr>
        <w:spacing w:after="0" w:line="240" w:lineRule="auto"/>
        <w:rPr>
          <w:b/>
          <w:sz w:val="12"/>
          <w:szCs w:val="12"/>
          <w:lang w:val="pl-PL"/>
        </w:rPr>
      </w:pPr>
    </w:p>
    <w:p w14:paraId="1C594222" w14:textId="09274148" w:rsidR="00CF41EE" w:rsidRPr="00C91A07" w:rsidRDefault="00000000" w:rsidP="00C91A07">
      <w:pPr>
        <w:spacing w:line="240" w:lineRule="auto"/>
        <w:rPr>
          <w:lang w:val="pl-PL"/>
        </w:rPr>
      </w:pPr>
      <w:r w:rsidRPr="00C91A07">
        <w:rPr>
          <w:b/>
          <w:lang w:val="pl-PL"/>
        </w:rPr>
        <w:t>POWÓD ZWROTU (opcjonalnie)</w:t>
      </w:r>
    </w:p>
    <w:p w14:paraId="0EC896A9" w14:textId="77777777" w:rsidR="00374723" w:rsidRDefault="00000000" w:rsidP="00C91A07">
      <w:pPr>
        <w:spacing w:line="168" w:lineRule="auto"/>
        <w:rPr>
          <w:lang w:val="pl-PL"/>
        </w:rPr>
      </w:pPr>
      <w:r w:rsidRPr="00C91A07">
        <w:rPr>
          <w:lang w:val="pl-PL"/>
        </w:rPr>
        <w:t xml:space="preserve">☐ Produkt nie spełnia oczekiwań   ☐ Produkt uszkodzony   </w:t>
      </w:r>
    </w:p>
    <w:p w14:paraId="7DCA42B2" w14:textId="23DE29FC" w:rsidR="00CF41EE" w:rsidRPr="00C91A07" w:rsidRDefault="00000000" w:rsidP="00C91A07">
      <w:pPr>
        <w:spacing w:line="168" w:lineRule="auto"/>
        <w:rPr>
          <w:lang w:val="pl-PL"/>
        </w:rPr>
      </w:pPr>
      <w:r w:rsidRPr="00C91A07">
        <w:rPr>
          <w:lang w:val="pl-PL"/>
        </w:rPr>
        <w:t>☐ Błędnie zamówiony</w:t>
      </w:r>
      <w:r w:rsidR="00374723">
        <w:rPr>
          <w:lang w:val="pl-PL"/>
        </w:rPr>
        <w:t xml:space="preserve"> </w:t>
      </w:r>
      <w:r w:rsidR="00374723">
        <w:rPr>
          <w:lang w:val="pl-PL"/>
        </w:rPr>
        <w:tab/>
      </w:r>
      <w:r w:rsidRPr="00C91A07">
        <w:rPr>
          <w:lang w:val="pl-PL"/>
        </w:rPr>
        <w:t xml:space="preserve">☐ Inny powód: </w:t>
      </w:r>
      <w:r w:rsidR="001318D3">
        <w:rPr>
          <w:lang w:val="pl-PL"/>
        </w:rPr>
        <w:t>..........................................</w:t>
      </w:r>
    </w:p>
    <w:p w14:paraId="6B0DBD62" w14:textId="77777777" w:rsidR="00C91A07" w:rsidRDefault="00C91A07" w:rsidP="00C91A07">
      <w:pPr>
        <w:spacing w:after="0" w:line="240" w:lineRule="auto"/>
        <w:rPr>
          <w:b/>
          <w:sz w:val="12"/>
          <w:szCs w:val="12"/>
          <w:lang w:val="pl-PL"/>
        </w:rPr>
      </w:pPr>
    </w:p>
    <w:p w14:paraId="364A3A3F" w14:textId="77777777" w:rsidR="00374723" w:rsidRPr="00ED2711" w:rsidRDefault="00374723" w:rsidP="00C91A07">
      <w:pPr>
        <w:spacing w:after="0" w:line="240" w:lineRule="auto"/>
        <w:rPr>
          <w:b/>
          <w:sz w:val="12"/>
          <w:szCs w:val="12"/>
          <w:lang w:val="pl-PL"/>
        </w:rPr>
      </w:pPr>
    </w:p>
    <w:p w14:paraId="536DB10E" w14:textId="6B95C0AE" w:rsidR="00CF41EE" w:rsidRPr="00C91A07" w:rsidRDefault="00000000" w:rsidP="00C91A07">
      <w:pPr>
        <w:spacing w:line="240" w:lineRule="auto"/>
        <w:rPr>
          <w:lang w:val="pl-PL"/>
        </w:rPr>
      </w:pPr>
      <w:r w:rsidRPr="00C91A07">
        <w:rPr>
          <w:b/>
          <w:lang w:val="pl-PL"/>
        </w:rPr>
        <w:t>SPOSÓB ZWROTU ŚRODKÓW</w:t>
      </w:r>
    </w:p>
    <w:p w14:paraId="322E52CF" w14:textId="5A8F8B5E" w:rsidR="00CF41EE" w:rsidRDefault="001C500F" w:rsidP="00C91A07">
      <w:pPr>
        <w:spacing w:line="240" w:lineRule="auto"/>
        <w:rPr>
          <w:lang w:val="pl-PL"/>
        </w:rPr>
      </w:pPr>
      <w:r>
        <w:rPr>
          <w:lang w:val="pl-PL"/>
        </w:rPr>
        <w:t>W przypadku zwrotu całego zamówienia z</w:t>
      </w:r>
      <w:r w:rsidRPr="00C91A07">
        <w:rPr>
          <w:lang w:val="pl-PL"/>
        </w:rPr>
        <w:t>wrot środków nastąpi przy użyciu takiego samego sposobu płatności, jakiego Klient użył podczas składania zamówienia (PayU).</w:t>
      </w:r>
    </w:p>
    <w:p w14:paraId="2E358E38" w14:textId="77777777" w:rsidR="001C500F" w:rsidRPr="001C500F" w:rsidRDefault="001C500F" w:rsidP="001C500F">
      <w:pPr>
        <w:spacing w:line="240" w:lineRule="auto"/>
        <w:rPr>
          <w:lang w:val="pl-PL"/>
        </w:rPr>
      </w:pPr>
      <w:r>
        <w:rPr>
          <w:lang w:val="pl-PL"/>
        </w:rPr>
        <w:t>W przypadku zwrotu tylko części zamówienia prosimy o podanie numeru rachunku bankowego:</w:t>
      </w:r>
      <w:r>
        <w:rPr>
          <w:lang w:val="pl-PL"/>
        </w:rPr>
        <w:br/>
      </w:r>
      <w:r w:rsidRPr="001C500F">
        <w:rPr>
          <w:rFonts w:ascii="Segoe UI Symbol" w:hAnsi="Segoe UI Symbol" w:cs="Segoe UI Symbol"/>
          <w:lang w:val="pl-PL"/>
        </w:rPr>
        <w:t>☐</w:t>
      </w:r>
      <w:r w:rsidRPr="001C500F">
        <w:rPr>
          <w:lang w:val="pl-PL"/>
        </w:rPr>
        <w:t xml:space="preserve"> Wyrażam zgodę na zwrot środków na inny rachunek bankowy:</w:t>
      </w:r>
    </w:p>
    <w:p w14:paraId="19D5ADC9" w14:textId="77359CFA" w:rsidR="00607A03" w:rsidRPr="00607A03" w:rsidRDefault="001C500F" w:rsidP="00C91A07">
      <w:pPr>
        <w:spacing w:line="240" w:lineRule="auto"/>
        <w:rPr>
          <w:lang w:val="pl-PL"/>
        </w:rPr>
      </w:pPr>
      <w:r w:rsidRPr="001C500F">
        <w:rPr>
          <w:lang w:val="pl-PL"/>
        </w:rPr>
        <w:t xml:space="preserve">Numer rachunku bankowego: </w:t>
      </w:r>
      <w:r w:rsidR="001318D3">
        <w:rPr>
          <w:lang w:val="pl-PL"/>
        </w:rPr>
        <w:t>....................................................................................................................................</w:t>
      </w:r>
      <w:r w:rsidR="004A62C1">
        <w:rPr>
          <w:lang w:val="pl-PL"/>
        </w:rPr>
        <w:t>.............</w:t>
      </w:r>
    </w:p>
    <w:p w14:paraId="6862B210" w14:textId="76625CC2" w:rsidR="00C91A07" w:rsidRDefault="00000000" w:rsidP="00C91A07">
      <w:pPr>
        <w:spacing w:line="240" w:lineRule="auto"/>
        <w:rPr>
          <w:i/>
          <w:iCs/>
          <w:sz w:val="18"/>
          <w:szCs w:val="18"/>
          <w:lang w:val="pl-PL"/>
        </w:rPr>
      </w:pPr>
      <w:r w:rsidRPr="00C91A07">
        <w:rPr>
          <w:i/>
          <w:iCs/>
          <w:sz w:val="20"/>
          <w:szCs w:val="20"/>
          <w:lang w:val="pl-PL"/>
        </w:rPr>
        <w:t>Oświadczam, że zwracany towar jest kompletny i nie nosi śladów użytkowania wykraczających poza zwykłe sprawdzenie produktu. Zwrot następuje w terminie 14 dni od dnia otrzymania przesyłki, zgodnie z ustawą o prawach konsumenta.</w:t>
      </w:r>
      <w:r w:rsidR="00ED2711">
        <w:rPr>
          <w:i/>
          <w:iCs/>
          <w:sz w:val="20"/>
          <w:szCs w:val="20"/>
          <w:lang w:val="pl-PL"/>
        </w:rPr>
        <w:br/>
      </w:r>
      <w:r w:rsidR="00ED2711">
        <w:rPr>
          <w:i/>
          <w:iCs/>
          <w:sz w:val="20"/>
          <w:szCs w:val="20"/>
          <w:lang w:val="pl-PL"/>
        </w:rPr>
        <w:br/>
      </w:r>
      <w:r w:rsidR="001C500F">
        <w:rPr>
          <w:i/>
          <w:iCs/>
          <w:sz w:val="20"/>
          <w:szCs w:val="20"/>
          <w:lang w:val="pl-PL"/>
        </w:rPr>
        <w:t xml:space="preserve">Zwrot należy </w:t>
      </w:r>
      <w:r w:rsidR="00607A03">
        <w:rPr>
          <w:i/>
          <w:iCs/>
          <w:sz w:val="20"/>
          <w:szCs w:val="20"/>
          <w:lang w:val="pl-PL"/>
        </w:rPr>
        <w:t>wysłać</w:t>
      </w:r>
      <w:r w:rsidR="001C500F">
        <w:rPr>
          <w:i/>
          <w:iCs/>
          <w:sz w:val="20"/>
          <w:szCs w:val="20"/>
          <w:lang w:val="pl-PL"/>
        </w:rPr>
        <w:t xml:space="preserve"> na adres:  </w:t>
      </w:r>
      <w:r w:rsidR="000F67B0">
        <w:rPr>
          <w:i/>
          <w:iCs/>
          <w:sz w:val="20"/>
          <w:szCs w:val="20"/>
          <w:lang w:val="pl-PL"/>
        </w:rPr>
        <w:br/>
      </w:r>
      <w:proofErr w:type="spellStart"/>
      <w:r w:rsidR="001C500F" w:rsidRPr="000F67B0">
        <w:rPr>
          <w:sz w:val="20"/>
          <w:szCs w:val="20"/>
          <w:lang w:val="pl-PL"/>
        </w:rPr>
        <w:t>Bergav</w:t>
      </w:r>
      <w:proofErr w:type="spellEnd"/>
      <w:r w:rsidR="001C500F" w:rsidRPr="000F67B0">
        <w:rPr>
          <w:sz w:val="20"/>
          <w:szCs w:val="20"/>
          <w:lang w:val="pl-PL"/>
        </w:rPr>
        <w:t xml:space="preserve"> Cosmetics Sp. z o.o. | ul. Leśna Polana 6/3, 64-510 Wronki</w:t>
      </w:r>
      <w:r w:rsidR="00ED2711">
        <w:rPr>
          <w:lang w:val="pl-PL"/>
        </w:rPr>
        <w:br/>
      </w:r>
      <w:r w:rsidR="00ED2711" w:rsidRPr="00ED2711">
        <w:rPr>
          <w:i/>
          <w:iCs/>
          <w:sz w:val="18"/>
          <w:szCs w:val="18"/>
          <w:lang w:val="pl-PL"/>
        </w:rPr>
        <w:t>Zwrot środków nastąpi nie później niż w terminie 14 dni od otrzymania zwrotu.</w:t>
      </w:r>
    </w:p>
    <w:p w14:paraId="21514680" w14:textId="77777777" w:rsidR="00F23B58" w:rsidRPr="00C91A07" w:rsidRDefault="00F23B58" w:rsidP="00C91A07">
      <w:pPr>
        <w:spacing w:line="240" w:lineRule="auto"/>
        <w:rPr>
          <w:i/>
          <w:iCs/>
          <w:sz w:val="20"/>
          <w:szCs w:val="20"/>
          <w:lang w:val="pl-PL"/>
        </w:rPr>
      </w:pPr>
    </w:p>
    <w:p w14:paraId="38F939E3" w14:textId="77777777" w:rsidR="001C500F" w:rsidRDefault="001C500F" w:rsidP="001C500F">
      <w:pPr>
        <w:spacing w:after="0" w:line="240" w:lineRule="auto"/>
        <w:rPr>
          <w:lang w:val="pl-PL"/>
        </w:rPr>
      </w:pPr>
    </w:p>
    <w:p w14:paraId="31BFFA25" w14:textId="77777777" w:rsidR="00D63F5F" w:rsidRDefault="00D63F5F" w:rsidP="001C500F">
      <w:pPr>
        <w:spacing w:after="0" w:line="240" w:lineRule="auto"/>
        <w:rPr>
          <w:lang w:val="pl-PL"/>
        </w:rPr>
      </w:pPr>
    </w:p>
    <w:tbl>
      <w:tblPr>
        <w:tblStyle w:val="Tabela-Siatka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6"/>
        <w:gridCol w:w="462"/>
        <w:gridCol w:w="462"/>
        <w:gridCol w:w="462"/>
        <w:gridCol w:w="462"/>
        <w:gridCol w:w="462"/>
        <w:gridCol w:w="3364"/>
      </w:tblGrid>
      <w:tr w:rsidR="000F67B0" w:rsidRPr="000F67B0" w14:paraId="67C35671" w14:textId="77777777" w:rsidTr="000F67B0">
        <w:trPr>
          <w:trHeight w:val="297"/>
        </w:trPr>
        <w:tc>
          <w:tcPr>
            <w:tcW w:w="4116" w:type="dxa"/>
          </w:tcPr>
          <w:p w14:paraId="4E08411E" w14:textId="77777777" w:rsidR="000F67B0" w:rsidRPr="000F67B0" w:rsidRDefault="000F67B0" w:rsidP="00931BAB">
            <w:pPr>
              <w:rPr>
                <w:lang w:val="pl-PL"/>
              </w:rPr>
            </w:pPr>
            <w:r w:rsidRPr="000F67B0">
              <w:rPr>
                <w:lang w:val="pl-PL"/>
              </w:rPr>
              <w:t>.......................................</w:t>
            </w:r>
          </w:p>
        </w:tc>
        <w:tc>
          <w:tcPr>
            <w:tcW w:w="462" w:type="dxa"/>
          </w:tcPr>
          <w:p w14:paraId="2DB6FFDB" w14:textId="77777777" w:rsidR="000F67B0" w:rsidRPr="000F67B0" w:rsidRDefault="000F67B0" w:rsidP="00931BAB">
            <w:pPr>
              <w:rPr>
                <w:lang w:val="pl-PL"/>
              </w:rPr>
            </w:pPr>
          </w:p>
        </w:tc>
        <w:tc>
          <w:tcPr>
            <w:tcW w:w="462" w:type="dxa"/>
          </w:tcPr>
          <w:p w14:paraId="608233DF" w14:textId="77777777" w:rsidR="000F67B0" w:rsidRPr="000F67B0" w:rsidRDefault="000F67B0" w:rsidP="00931BAB">
            <w:pPr>
              <w:rPr>
                <w:lang w:val="pl-PL"/>
              </w:rPr>
            </w:pPr>
          </w:p>
        </w:tc>
        <w:tc>
          <w:tcPr>
            <w:tcW w:w="462" w:type="dxa"/>
          </w:tcPr>
          <w:p w14:paraId="7E0CDE81" w14:textId="77777777" w:rsidR="000F67B0" w:rsidRPr="000F67B0" w:rsidRDefault="000F67B0" w:rsidP="00931BAB">
            <w:pPr>
              <w:rPr>
                <w:lang w:val="pl-PL"/>
              </w:rPr>
            </w:pPr>
          </w:p>
        </w:tc>
        <w:tc>
          <w:tcPr>
            <w:tcW w:w="462" w:type="dxa"/>
          </w:tcPr>
          <w:p w14:paraId="4EC0FBAA" w14:textId="77777777" w:rsidR="000F67B0" w:rsidRPr="000F67B0" w:rsidRDefault="000F67B0" w:rsidP="00931BAB">
            <w:pPr>
              <w:rPr>
                <w:lang w:val="pl-PL"/>
              </w:rPr>
            </w:pPr>
          </w:p>
        </w:tc>
        <w:tc>
          <w:tcPr>
            <w:tcW w:w="462" w:type="dxa"/>
          </w:tcPr>
          <w:p w14:paraId="5C838BE3" w14:textId="77777777" w:rsidR="000F67B0" w:rsidRPr="000F67B0" w:rsidRDefault="000F67B0" w:rsidP="00931BAB">
            <w:pPr>
              <w:rPr>
                <w:lang w:val="pl-PL"/>
              </w:rPr>
            </w:pPr>
          </w:p>
        </w:tc>
        <w:tc>
          <w:tcPr>
            <w:tcW w:w="3364" w:type="dxa"/>
          </w:tcPr>
          <w:p w14:paraId="3D9A6938" w14:textId="77777777" w:rsidR="000F67B0" w:rsidRPr="000F67B0" w:rsidRDefault="000F67B0" w:rsidP="000F67B0">
            <w:pPr>
              <w:jc w:val="right"/>
              <w:rPr>
                <w:lang w:val="pl-PL"/>
              </w:rPr>
            </w:pPr>
            <w:r w:rsidRPr="000F67B0">
              <w:rPr>
                <w:lang w:val="pl-PL"/>
              </w:rPr>
              <w:t>...............................</w:t>
            </w:r>
          </w:p>
        </w:tc>
      </w:tr>
      <w:tr w:rsidR="000F67B0" w:rsidRPr="001C500F" w14:paraId="0A42335B" w14:textId="77777777" w:rsidTr="000F67B0">
        <w:trPr>
          <w:trHeight w:val="580"/>
        </w:trPr>
        <w:tc>
          <w:tcPr>
            <w:tcW w:w="4116" w:type="dxa"/>
          </w:tcPr>
          <w:p w14:paraId="4BD829BB" w14:textId="77777777" w:rsidR="000F67B0" w:rsidRPr="000F67B0" w:rsidRDefault="000F67B0" w:rsidP="00931BAB">
            <w:pPr>
              <w:rPr>
                <w:lang w:val="pl-PL"/>
              </w:rPr>
            </w:pPr>
            <w:r w:rsidRPr="000F67B0">
              <w:rPr>
                <w:lang w:val="pl-PL"/>
              </w:rPr>
              <w:t>Miejscowość i data</w:t>
            </w:r>
          </w:p>
        </w:tc>
        <w:tc>
          <w:tcPr>
            <w:tcW w:w="462" w:type="dxa"/>
          </w:tcPr>
          <w:p w14:paraId="3EC5CE5D" w14:textId="77777777" w:rsidR="000F67B0" w:rsidRPr="000F67B0" w:rsidRDefault="000F67B0" w:rsidP="00931BAB">
            <w:pPr>
              <w:rPr>
                <w:lang w:val="pl-PL"/>
              </w:rPr>
            </w:pPr>
          </w:p>
        </w:tc>
        <w:tc>
          <w:tcPr>
            <w:tcW w:w="462" w:type="dxa"/>
          </w:tcPr>
          <w:p w14:paraId="458AA10C" w14:textId="77777777" w:rsidR="000F67B0" w:rsidRPr="000F67B0" w:rsidRDefault="000F67B0" w:rsidP="00931BAB">
            <w:pPr>
              <w:rPr>
                <w:lang w:val="pl-PL"/>
              </w:rPr>
            </w:pPr>
          </w:p>
        </w:tc>
        <w:tc>
          <w:tcPr>
            <w:tcW w:w="462" w:type="dxa"/>
          </w:tcPr>
          <w:p w14:paraId="72512C56" w14:textId="77777777" w:rsidR="000F67B0" w:rsidRPr="000F67B0" w:rsidRDefault="000F67B0" w:rsidP="00931BAB">
            <w:pPr>
              <w:rPr>
                <w:lang w:val="pl-PL"/>
              </w:rPr>
            </w:pPr>
          </w:p>
        </w:tc>
        <w:tc>
          <w:tcPr>
            <w:tcW w:w="462" w:type="dxa"/>
          </w:tcPr>
          <w:p w14:paraId="2F1EDD6C" w14:textId="77777777" w:rsidR="000F67B0" w:rsidRPr="000F67B0" w:rsidRDefault="000F67B0" w:rsidP="00931BAB">
            <w:pPr>
              <w:rPr>
                <w:lang w:val="pl-PL"/>
              </w:rPr>
            </w:pPr>
          </w:p>
        </w:tc>
        <w:tc>
          <w:tcPr>
            <w:tcW w:w="462" w:type="dxa"/>
          </w:tcPr>
          <w:p w14:paraId="4E214D94" w14:textId="77777777" w:rsidR="000F67B0" w:rsidRPr="000F67B0" w:rsidRDefault="000F67B0" w:rsidP="00931BAB">
            <w:pPr>
              <w:rPr>
                <w:lang w:val="pl-PL"/>
              </w:rPr>
            </w:pPr>
          </w:p>
        </w:tc>
        <w:tc>
          <w:tcPr>
            <w:tcW w:w="3364" w:type="dxa"/>
          </w:tcPr>
          <w:p w14:paraId="6EA9FC55" w14:textId="77777777" w:rsidR="000F67B0" w:rsidRPr="001C500F" w:rsidRDefault="000F67B0" w:rsidP="000F67B0">
            <w:pPr>
              <w:jc w:val="right"/>
              <w:rPr>
                <w:lang w:val="pl-PL"/>
              </w:rPr>
            </w:pPr>
            <w:r w:rsidRPr="000F67B0">
              <w:rPr>
                <w:lang w:val="pl-PL"/>
              </w:rPr>
              <w:t>Podpis Klienta</w:t>
            </w:r>
          </w:p>
        </w:tc>
      </w:tr>
    </w:tbl>
    <w:p w14:paraId="7AAA315B" w14:textId="2122C5BA" w:rsidR="00CF41EE" w:rsidRPr="001C500F" w:rsidRDefault="00CF41EE" w:rsidP="000F67B0">
      <w:pPr>
        <w:spacing w:after="0" w:line="240" w:lineRule="auto"/>
        <w:rPr>
          <w:lang w:val="pl-PL"/>
        </w:rPr>
      </w:pPr>
    </w:p>
    <w:sectPr w:rsidR="00CF41EE" w:rsidRPr="001C500F" w:rsidSect="00F8319C">
      <w:headerReference w:type="default" r:id="rId8"/>
      <w:footerReference w:type="default" r:id="rId9"/>
      <w:pgSz w:w="11906" w:h="16838" w:code="9"/>
      <w:pgMar w:top="720" w:right="720" w:bottom="720" w:left="720" w:header="720" w:footer="15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A99A2" w14:textId="77777777" w:rsidR="00BB0E8F" w:rsidRDefault="00BB0E8F">
      <w:pPr>
        <w:spacing w:after="0" w:line="240" w:lineRule="auto"/>
      </w:pPr>
      <w:r>
        <w:separator/>
      </w:r>
    </w:p>
  </w:endnote>
  <w:endnote w:type="continuationSeparator" w:id="0">
    <w:p w14:paraId="37E74058" w14:textId="77777777" w:rsidR="00BB0E8F" w:rsidRDefault="00BB0E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33B60" w14:textId="77777777" w:rsidR="00CF41EE" w:rsidRPr="003D4E0E" w:rsidRDefault="00000000">
    <w:pPr>
      <w:pStyle w:val="Stopka"/>
      <w:jc w:val="center"/>
      <w:rPr>
        <w:sz w:val="18"/>
        <w:szCs w:val="18"/>
      </w:rPr>
    </w:pPr>
    <w:proofErr w:type="spellStart"/>
    <w:r w:rsidRPr="003D4E0E">
      <w:rPr>
        <w:sz w:val="18"/>
        <w:szCs w:val="18"/>
      </w:rPr>
      <w:t>Bergav</w:t>
    </w:r>
    <w:proofErr w:type="spellEnd"/>
    <w:r w:rsidRPr="003D4E0E">
      <w:rPr>
        <w:sz w:val="18"/>
        <w:szCs w:val="18"/>
      </w:rPr>
      <w:t xml:space="preserve"> Cosmetics Sp. z </w:t>
    </w:r>
    <w:proofErr w:type="spellStart"/>
    <w:r w:rsidRPr="003D4E0E">
      <w:rPr>
        <w:sz w:val="18"/>
        <w:szCs w:val="18"/>
      </w:rPr>
      <w:t>o.o.</w:t>
    </w:r>
    <w:proofErr w:type="spellEnd"/>
    <w:r w:rsidRPr="003D4E0E">
      <w:rPr>
        <w:sz w:val="18"/>
        <w:szCs w:val="18"/>
      </w:rPr>
      <w:t xml:space="preserve"> | ul. </w:t>
    </w:r>
    <w:proofErr w:type="spellStart"/>
    <w:r w:rsidRPr="003D4E0E">
      <w:rPr>
        <w:sz w:val="18"/>
        <w:szCs w:val="18"/>
      </w:rPr>
      <w:t>Leśna</w:t>
    </w:r>
    <w:proofErr w:type="spellEnd"/>
    <w:r w:rsidRPr="003D4E0E">
      <w:rPr>
        <w:sz w:val="18"/>
        <w:szCs w:val="18"/>
      </w:rPr>
      <w:t xml:space="preserve"> Polana 6/3, 64-510 </w:t>
    </w:r>
    <w:proofErr w:type="spellStart"/>
    <w:r w:rsidRPr="003D4E0E">
      <w:rPr>
        <w:sz w:val="18"/>
        <w:szCs w:val="18"/>
      </w:rPr>
      <w:t>Wronki</w:t>
    </w:r>
    <w:proofErr w:type="spellEnd"/>
    <w:r w:rsidRPr="003D4E0E">
      <w:rPr>
        <w:sz w:val="18"/>
        <w:szCs w:val="18"/>
      </w:rPr>
      <w:t xml:space="preserve"> | NIP: 7872152629 | KRS: 0001193178 | REGON: 542683516 | bergav@bergavcosmetics.com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7CB0C" w14:textId="77777777" w:rsidR="00BB0E8F" w:rsidRDefault="00BB0E8F">
      <w:pPr>
        <w:spacing w:after="0" w:line="240" w:lineRule="auto"/>
      </w:pPr>
      <w:r>
        <w:separator/>
      </w:r>
    </w:p>
  </w:footnote>
  <w:footnote w:type="continuationSeparator" w:id="0">
    <w:p w14:paraId="0CFF06F6" w14:textId="77777777" w:rsidR="00BB0E8F" w:rsidRDefault="00BB0E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FF961" w14:textId="77777777" w:rsidR="00CF41EE" w:rsidRDefault="00000000">
    <w:pPr>
      <w:pStyle w:val="Nagwek"/>
      <w:jc w:val="center"/>
    </w:pPr>
    <w:r>
      <w:rPr>
        <w:noProof/>
      </w:rPr>
      <w:drawing>
        <wp:inline distT="0" distB="0" distL="0" distR="0" wp14:anchorId="5DFAA91E" wp14:editId="7436C201">
          <wp:extent cx="2011680" cy="549639"/>
          <wp:effectExtent l="0" t="0" r="0" b="0"/>
          <wp:docPr id="154129213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beztlamale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11680" cy="5496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69777755">
    <w:abstractNumId w:val="8"/>
  </w:num>
  <w:num w:numId="2" w16cid:durableId="1647661291">
    <w:abstractNumId w:val="6"/>
  </w:num>
  <w:num w:numId="3" w16cid:durableId="873469301">
    <w:abstractNumId w:val="5"/>
  </w:num>
  <w:num w:numId="4" w16cid:durableId="1039742816">
    <w:abstractNumId w:val="4"/>
  </w:num>
  <w:num w:numId="5" w16cid:durableId="833180824">
    <w:abstractNumId w:val="7"/>
  </w:num>
  <w:num w:numId="6" w16cid:durableId="1562407090">
    <w:abstractNumId w:val="3"/>
  </w:num>
  <w:num w:numId="7" w16cid:durableId="927927981">
    <w:abstractNumId w:val="2"/>
  </w:num>
  <w:num w:numId="8" w16cid:durableId="1188175164">
    <w:abstractNumId w:val="1"/>
  </w:num>
  <w:num w:numId="9" w16cid:durableId="1866864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43A2"/>
    <w:rsid w:val="00034616"/>
    <w:rsid w:val="0006063C"/>
    <w:rsid w:val="000F67B0"/>
    <w:rsid w:val="001318D3"/>
    <w:rsid w:val="0015074B"/>
    <w:rsid w:val="001C500F"/>
    <w:rsid w:val="0029639D"/>
    <w:rsid w:val="002C62B1"/>
    <w:rsid w:val="00326F90"/>
    <w:rsid w:val="00374723"/>
    <w:rsid w:val="003D4E0E"/>
    <w:rsid w:val="004A62C1"/>
    <w:rsid w:val="00590A7E"/>
    <w:rsid w:val="00607A03"/>
    <w:rsid w:val="006815ED"/>
    <w:rsid w:val="00A92336"/>
    <w:rsid w:val="00A96631"/>
    <w:rsid w:val="00AA1D8D"/>
    <w:rsid w:val="00B47730"/>
    <w:rsid w:val="00BA347C"/>
    <w:rsid w:val="00BB0E8F"/>
    <w:rsid w:val="00C91A07"/>
    <w:rsid w:val="00CB0664"/>
    <w:rsid w:val="00CF41EE"/>
    <w:rsid w:val="00D63F5F"/>
    <w:rsid w:val="00E9605F"/>
    <w:rsid w:val="00ED2711"/>
    <w:rsid w:val="00F23B58"/>
    <w:rsid w:val="00F8319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D94A31C"/>
  <w14:defaultImageDpi w14:val="300"/>
  <w15:docId w15:val="{7C34DFF1-D071-4718-A62C-59A98D809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357</Words>
  <Characters>2142</Characters>
  <Application>Microsoft Office Word</Application>
  <DocSecurity>0</DocSecurity>
  <Lines>17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2495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Daniel Dudek</cp:lastModifiedBy>
  <cp:revision>14</cp:revision>
  <cp:lastPrinted>2025-12-29T14:24:00Z</cp:lastPrinted>
  <dcterms:created xsi:type="dcterms:W3CDTF">2025-12-29T14:01:00Z</dcterms:created>
  <dcterms:modified xsi:type="dcterms:W3CDTF">2025-12-30T18:43:00Z</dcterms:modified>
  <cp:category/>
</cp:coreProperties>
</file>